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44D9F" w14:textId="5522D9CA" w:rsidR="00EF7665" w:rsidRDefault="00BA6B05">
      <w:pPr>
        <w:spacing w:after="20" w:line="240" w:lineRule="auto"/>
        <w:jc w:val="center"/>
      </w:pPr>
      <w:r>
        <w:rPr>
          <w:b/>
          <w:noProof/>
          <w:color w:val="5E3A7D"/>
          <w:sz w:val="40"/>
        </w:rPr>
        <w:drawing>
          <wp:anchor distT="0" distB="0" distL="114300" distR="114300" simplePos="0" relativeHeight="251658240" behindDoc="0" locked="0" layoutInCell="1" allowOverlap="1" wp14:anchorId="350A08D4" wp14:editId="4750B352">
            <wp:simplePos x="0" y="0"/>
            <wp:positionH relativeFrom="column">
              <wp:posOffset>109855</wp:posOffset>
            </wp:positionH>
            <wp:positionV relativeFrom="paragraph">
              <wp:posOffset>0</wp:posOffset>
            </wp:positionV>
            <wp:extent cx="777240" cy="855399"/>
            <wp:effectExtent l="0" t="0" r="3810" b="1905"/>
            <wp:wrapSquare wrapText="bothSides"/>
            <wp:docPr id="1706678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678039" name="Picture 170667803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8553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120">
        <w:rPr>
          <w:b/>
          <w:color w:val="5E3A7D"/>
          <w:sz w:val="40"/>
        </w:rPr>
        <w:t>CANDLE LAKE CRAFT SALE</w:t>
      </w:r>
    </w:p>
    <w:p w14:paraId="24328C27" w14:textId="77777777" w:rsidR="00EF7665" w:rsidRDefault="00407120">
      <w:pPr>
        <w:spacing w:after="100" w:line="240" w:lineRule="auto"/>
        <w:jc w:val="center"/>
      </w:pPr>
      <w:r>
        <w:rPr>
          <w:b/>
          <w:color w:val="AA3F81"/>
          <w:sz w:val="24"/>
        </w:rPr>
        <w:t>VENDOR REGISTRATION FORM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96"/>
        <w:gridCol w:w="3672"/>
        <w:gridCol w:w="3024"/>
      </w:tblGrid>
      <w:tr w:rsidR="00EF7665" w14:paraId="7B2D4F2A" w14:textId="77777777">
        <w:trPr>
          <w:jc w:val="center"/>
        </w:trPr>
        <w:tc>
          <w:tcPr>
            <w:tcW w:w="3096" w:type="dxa"/>
            <w:tcBorders>
              <w:top w:val="single" w:sz="8" w:space="0" w:color="D5C0E2"/>
              <w:left w:val="single" w:sz="8" w:space="0" w:color="D5C0E2"/>
              <w:bottom w:val="single" w:sz="8" w:space="0" w:color="D5C0E2"/>
              <w:right w:val="single" w:sz="8" w:space="0" w:color="D5C0E2"/>
            </w:tcBorders>
            <w:shd w:val="clear" w:color="auto" w:fill="F3EA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2378145" w14:textId="77777777" w:rsidR="00EF7665" w:rsidRDefault="00407120">
            <w:pPr>
              <w:jc w:val="center"/>
            </w:pPr>
            <w:r>
              <w:rPr>
                <w:b/>
                <w:color w:val="5E3A7D"/>
                <w:sz w:val="17"/>
              </w:rPr>
              <w:t>DATE</w:t>
            </w:r>
            <w:r>
              <w:rPr>
                <w:b/>
                <w:color w:val="5E3A7D"/>
                <w:sz w:val="17"/>
              </w:rPr>
              <w:br/>
            </w:r>
            <w:r>
              <w:rPr>
                <w:b/>
              </w:rPr>
              <w:t>Saturday, November 14, 2026</w:t>
            </w:r>
          </w:p>
        </w:tc>
        <w:tc>
          <w:tcPr>
            <w:tcW w:w="3672" w:type="dxa"/>
            <w:tcBorders>
              <w:top w:val="single" w:sz="8" w:space="0" w:color="D5C0E2"/>
              <w:left w:val="single" w:sz="8" w:space="0" w:color="D5C0E2"/>
              <w:bottom w:val="single" w:sz="8" w:space="0" w:color="D5C0E2"/>
              <w:right w:val="single" w:sz="8" w:space="0" w:color="D5C0E2"/>
            </w:tcBorders>
            <w:shd w:val="clear" w:color="auto" w:fill="F3EA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6670A62" w14:textId="77777777" w:rsidR="00EF7665" w:rsidRDefault="00407120">
            <w:pPr>
              <w:jc w:val="center"/>
            </w:pPr>
            <w:r>
              <w:rPr>
                <w:b/>
                <w:color w:val="5E3A7D"/>
                <w:sz w:val="17"/>
              </w:rPr>
              <w:t>TIME</w:t>
            </w:r>
            <w:r>
              <w:rPr>
                <w:b/>
                <w:color w:val="5E3A7D"/>
                <w:sz w:val="17"/>
              </w:rPr>
              <w:br/>
            </w:r>
            <w:r>
              <w:rPr>
                <w:b/>
              </w:rPr>
              <w:t>9:00 AM - 4:00 PM</w:t>
            </w:r>
          </w:p>
        </w:tc>
        <w:tc>
          <w:tcPr>
            <w:tcW w:w="3024" w:type="dxa"/>
            <w:tcBorders>
              <w:top w:val="single" w:sz="8" w:space="0" w:color="D5C0E2"/>
              <w:left w:val="single" w:sz="8" w:space="0" w:color="D5C0E2"/>
              <w:bottom w:val="single" w:sz="8" w:space="0" w:color="D5C0E2"/>
              <w:right w:val="single" w:sz="8" w:space="0" w:color="D5C0E2"/>
            </w:tcBorders>
            <w:shd w:val="clear" w:color="auto" w:fill="F3EAF7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A063509" w14:textId="77777777" w:rsidR="00EF7665" w:rsidRDefault="00407120">
            <w:pPr>
              <w:jc w:val="center"/>
            </w:pPr>
            <w:r>
              <w:rPr>
                <w:b/>
                <w:color w:val="5E3A7D"/>
                <w:sz w:val="17"/>
              </w:rPr>
              <w:t>LOCATION</w:t>
            </w:r>
            <w:r>
              <w:rPr>
                <w:b/>
                <w:color w:val="5E3A7D"/>
                <w:sz w:val="17"/>
              </w:rPr>
              <w:br/>
            </w:r>
            <w:r>
              <w:rPr>
                <w:b/>
              </w:rPr>
              <w:t>Candle Lake Community Hall</w:t>
            </w:r>
          </w:p>
        </w:tc>
      </w:tr>
    </w:tbl>
    <w:p w14:paraId="1443079B" w14:textId="77777777" w:rsidR="00EF7665" w:rsidRDefault="00407120">
      <w:pPr>
        <w:pBdr>
          <w:bottom w:val="single" w:sz="8" w:space="4" w:color="E5B1D2"/>
        </w:pBdr>
        <w:spacing w:before="80" w:after="30" w:line="240" w:lineRule="auto"/>
      </w:pPr>
      <w:r>
        <w:rPr>
          <w:b/>
          <w:color w:val="5E3A7D"/>
          <w:sz w:val="20"/>
        </w:rPr>
        <w:t>VENDOR INFORMATION</w:t>
      </w:r>
    </w:p>
    <w:p w14:paraId="6A8776D5" w14:textId="77777777" w:rsidR="00EF7665" w:rsidRDefault="00407120">
      <w:pPr>
        <w:spacing w:after="30" w:line="240" w:lineRule="auto"/>
      </w:pPr>
      <w:r>
        <w:rPr>
          <w:b/>
        </w:rPr>
        <w:t xml:space="preserve">Business / Vendor Name: </w:t>
      </w:r>
      <w:r>
        <w:t>___________________________________________</w:t>
      </w:r>
    </w:p>
    <w:p w14:paraId="69E6CC0D" w14:textId="77777777" w:rsidR="00EF7665" w:rsidRDefault="00407120">
      <w:pPr>
        <w:spacing w:after="30" w:line="240" w:lineRule="auto"/>
      </w:pPr>
      <w:r>
        <w:rPr>
          <w:b/>
        </w:rPr>
        <w:t xml:space="preserve">Contact Name: </w:t>
      </w:r>
      <w:r>
        <w:t>____________________________________________________</w:t>
      </w:r>
    </w:p>
    <w:p w14:paraId="562F0688" w14:textId="77777777" w:rsidR="00EF7665" w:rsidRDefault="00407120">
      <w:pPr>
        <w:spacing w:after="30" w:line="240" w:lineRule="auto"/>
      </w:pPr>
      <w:r>
        <w:rPr>
          <w:b/>
        </w:rPr>
        <w:t xml:space="preserve">Mailing Address: </w:t>
      </w:r>
      <w:r>
        <w:t>________________________________________________</w:t>
      </w:r>
    </w:p>
    <w:p w14:paraId="651A7A41" w14:textId="77777777" w:rsidR="00EF7665" w:rsidRDefault="00407120">
      <w:pPr>
        <w:spacing w:after="30" w:line="240" w:lineRule="auto"/>
      </w:pPr>
      <w:r>
        <w:rPr>
          <w:b/>
        </w:rPr>
        <w:t xml:space="preserve">City/Town: </w:t>
      </w:r>
      <w:r>
        <w:t>________________________</w:t>
      </w:r>
      <w:r>
        <w:rPr>
          <w:b/>
        </w:rPr>
        <w:t xml:space="preserve">   Postal Code: </w:t>
      </w:r>
      <w:r>
        <w:t>______________</w:t>
      </w:r>
    </w:p>
    <w:p w14:paraId="43D0EA34" w14:textId="77777777" w:rsidR="00EF7665" w:rsidRDefault="00407120">
      <w:pPr>
        <w:spacing w:after="30" w:line="240" w:lineRule="auto"/>
      </w:pPr>
      <w:r>
        <w:rPr>
          <w:b/>
        </w:rPr>
        <w:t xml:space="preserve">Phone: </w:t>
      </w:r>
      <w:r>
        <w:t>_________________________________________________________</w:t>
      </w:r>
    </w:p>
    <w:p w14:paraId="40B59785" w14:textId="77777777" w:rsidR="00EF7665" w:rsidRDefault="00407120">
      <w:pPr>
        <w:spacing w:after="30" w:line="240" w:lineRule="auto"/>
      </w:pPr>
      <w:r>
        <w:rPr>
          <w:b/>
        </w:rPr>
        <w:t xml:space="preserve">Email: </w:t>
      </w:r>
      <w:r>
        <w:t>_________________________________________________________</w:t>
      </w:r>
    </w:p>
    <w:p w14:paraId="11829FDD" w14:textId="77777777" w:rsidR="00EF7665" w:rsidRDefault="00407120">
      <w:pPr>
        <w:pBdr>
          <w:bottom w:val="single" w:sz="8" w:space="4" w:color="E5B1D2"/>
        </w:pBdr>
        <w:spacing w:before="80" w:after="30" w:line="240" w:lineRule="auto"/>
      </w:pPr>
      <w:r>
        <w:rPr>
          <w:b/>
          <w:color w:val="5E3A7D"/>
          <w:sz w:val="20"/>
        </w:rPr>
        <w:t>CRAFT / PRODUCT INFORMATION</w:t>
      </w:r>
    </w:p>
    <w:p w14:paraId="5B3B8CE4" w14:textId="77777777" w:rsidR="00EF7665" w:rsidRDefault="00407120">
      <w:pPr>
        <w:spacing w:after="20" w:line="240" w:lineRule="auto"/>
      </w:pPr>
      <w:r>
        <w:rPr>
          <w:b/>
        </w:rPr>
        <w:t>Please describe the items you will be selling:</w:t>
      </w:r>
    </w:p>
    <w:p w14:paraId="1698FC18" w14:textId="77777777" w:rsidR="00EF7665" w:rsidRDefault="00407120">
      <w:pPr>
        <w:spacing w:after="20" w:line="240" w:lineRule="auto"/>
      </w:pPr>
      <w:r>
        <w:t>_______________________________________________________________________________________________</w:t>
      </w:r>
    </w:p>
    <w:p w14:paraId="060BE277" w14:textId="77777777" w:rsidR="00EF7665" w:rsidRDefault="00407120">
      <w:pPr>
        <w:spacing w:before="40" w:after="20" w:line="240" w:lineRule="auto"/>
      </w:pPr>
      <w:r>
        <w:rPr>
          <w:b/>
        </w:rPr>
        <w:t xml:space="preserve">Are your items handmade?   </w:t>
      </w:r>
      <w:r>
        <w:t>☐</w:t>
      </w:r>
      <w:r>
        <w:t xml:space="preserve"> Yes     ☐ No     ☐ Some</w:t>
      </w:r>
    </w:p>
    <w:p w14:paraId="025C705C" w14:textId="77777777" w:rsidR="00EF7665" w:rsidRDefault="00407120">
      <w:pPr>
        <w:pBdr>
          <w:bottom w:val="single" w:sz="8" w:space="4" w:color="E5B1D2"/>
        </w:pBdr>
        <w:spacing w:before="80" w:after="30" w:line="240" w:lineRule="auto"/>
      </w:pPr>
      <w:r>
        <w:rPr>
          <w:b/>
          <w:color w:val="5E3A7D"/>
          <w:sz w:val="20"/>
        </w:rPr>
        <w:t>VENDOR SPACE</w:t>
      </w:r>
    </w:p>
    <w:p w14:paraId="2F4F2F12" w14:textId="77777777" w:rsidR="00EF7665" w:rsidRDefault="00407120">
      <w:pPr>
        <w:spacing w:after="30" w:line="240" w:lineRule="auto"/>
      </w:pPr>
      <w:r>
        <w:rPr>
          <w:b/>
        </w:rPr>
        <w:t xml:space="preserve">Number of vendor spaces requested: </w:t>
      </w:r>
      <w:r>
        <w:t>__________</w:t>
      </w:r>
      <w:r>
        <w:rPr>
          <w:b/>
        </w:rPr>
        <w:t xml:space="preserve">     Tables required (if available): </w:t>
      </w:r>
      <w:r>
        <w:t>__________</w:t>
      </w:r>
    </w:p>
    <w:p w14:paraId="0BCDA17B" w14:textId="77777777" w:rsidR="00EF7665" w:rsidRDefault="00407120">
      <w:pPr>
        <w:spacing w:after="20" w:line="240" w:lineRule="auto"/>
      </w:pPr>
      <w:r>
        <w:rPr>
          <w:b/>
        </w:rPr>
        <w:t xml:space="preserve">Will you be bringing your own table(s)?   </w:t>
      </w:r>
      <w:r>
        <w:t>☐</w:t>
      </w:r>
      <w:r>
        <w:t xml:space="preserve"> Yes     ☐ No</w:t>
      </w:r>
    </w:p>
    <w:p w14:paraId="6AB8B14A" w14:textId="77777777" w:rsidR="00EF7665" w:rsidRDefault="00407120">
      <w:pPr>
        <w:spacing w:after="30" w:line="240" w:lineRule="auto"/>
      </w:pPr>
      <w:r>
        <w:rPr>
          <w:b/>
        </w:rPr>
        <w:t xml:space="preserve">Special requests or accessibility requirements: </w:t>
      </w:r>
      <w:r>
        <w:t>____________________________________</w:t>
      </w:r>
    </w:p>
    <w:p w14:paraId="4A765A45" w14:textId="77777777" w:rsidR="00EF7665" w:rsidRDefault="00407120">
      <w:pPr>
        <w:pBdr>
          <w:bottom w:val="single" w:sz="8" w:space="4" w:color="E5B1D2"/>
        </w:pBdr>
        <w:spacing w:before="80" w:after="30" w:line="240" w:lineRule="auto"/>
      </w:pPr>
      <w:r>
        <w:rPr>
          <w:b/>
          <w:color w:val="5E3A7D"/>
          <w:sz w:val="20"/>
        </w:rPr>
        <w:t>DOOR PRIZE DONATION</w:t>
      </w:r>
    </w:p>
    <w:p w14:paraId="3971E29B" w14:textId="77777777" w:rsidR="00EF7665" w:rsidRDefault="00407120">
      <w:pPr>
        <w:spacing w:after="20" w:line="240" w:lineRule="auto"/>
      </w:pPr>
      <w:r>
        <w:rPr>
          <w:b/>
        </w:rPr>
        <w:t xml:space="preserve">Would you be willing to donate an item for a door prize?   </w:t>
      </w:r>
      <w:r>
        <w:t>☐</w:t>
      </w:r>
      <w:r>
        <w:t xml:space="preserve"> Yes     ☐ No</w:t>
      </w:r>
    </w:p>
    <w:p w14:paraId="610F3078" w14:textId="77777777" w:rsidR="00EF7665" w:rsidRDefault="00407120">
      <w:pPr>
        <w:spacing w:after="30" w:line="240" w:lineRule="auto"/>
      </w:pPr>
      <w:r>
        <w:rPr>
          <w:b/>
        </w:rPr>
        <w:t xml:space="preserve">If yes, please describe the item: </w:t>
      </w:r>
      <w:r>
        <w:t>_____________________________________________</w:t>
      </w:r>
    </w:p>
    <w:p w14:paraId="1EC35578" w14:textId="77777777" w:rsidR="00EF7665" w:rsidRDefault="00407120">
      <w:pPr>
        <w:pBdr>
          <w:bottom w:val="single" w:sz="8" w:space="4" w:color="E5B1D2"/>
        </w:pBdr>
        <w:spacing w:before="80" w:after="30" w:line="240" w:lineRule="auto"/>
      </w:pPr>
      <w:r>
        <w:rPr>
          <w:b/>
          <w:color w:val="5E3A7D"/>
          <w:sz w:val="20"/>
        </w:rPr>
        <w:t>REGISTRATION &amp; PAYMENT</w:t>
      </w:r>
    </w:p>
    <w:p w14:paraId="46B2A952" w14:textId="77777777" w:rsidR="00EF7665" w:rsidRDefault="00407120">
      <w:pPr>
        <w:spacing w:after="30" w:line="240" w:lineRule="auto"/>
      </w:pPr>
      <w:r>
        <w:rPr>
          <w:b/>
        </w:rPr>
        <w:t xml:space="preserve">Vendor Fee: </w:t>
      </w:r>
      <w:r>
        <w:t>$__________ per space</w:t>
      </w:r>
      <w:r>
        <w:rPr>
          <w:b/>
        </w:rPr>
        <w:t xml:space="preserve">     Total Amount Enclosed: </w:t>
      </w:r>
      <w:r>
        <w:t>$__________</w:t>
      </w:r>
    </w:p>
    <w:p w14:paraId="4F1688A1" w14:textId="77777777" w:rsidR="00EF7665" w:rsidRDefault="00407120">
      <w:pPr>
        <w:spacing w:after="30" w:line="240" w:lineRule="auto"/>
      </w:pPr>
      <w:r>
        <w:rPr>
          <w:b/>
        </w:rPr>
        <w:t xml:space="preserve">Payment Method: </w:t>
      </w:r>
      <w:r>
        <w:t>_______________________________________________</w:t>
      </w:r>
    </w:p>
    <w:p w14:paraId="2E845A29" w14:textId="77777777" w:rsidR="00EF7665" w:rsidRDefault="00407120">
      <w:pPr>
        <w:spacing w:after="20" w:line="240" w:lineRule="auto"/>
      </w:pPr>
      <w:r>
        <w:rPr>
          <w:b/>
        </w:rPr>
        <w:t xml:space="preserve">Registration Deadline: </w:t>
      </w:r>
      <w:r>
        <w:t>___________________________________</w:t>
      </w:r>
    </w:p>
    <w:p w14:paraId="2683B049" w14:textId="77777777" w:rsidR="00EF7665" w:rsidRDefault="00407120">
      <w:pPr>
        <w:pBdr>
          <w:bottom w:val="single" w:sz="8" w:space="4" w:color="E5B1D2"/>
        </w:pBdr>
        <w:spacing w:before="80" w:after="30" w:line="240" w:lineRule="auto"/>
      </w:pPr>
      <w:r>
        <w:rPr>
          <w:b/>
          <w:color w:val="5E3A7D"/>
          <w:sz w:val="20"/>
        </w:rPr>
        <w:t>VENDOR AGREEMENT</w:t>
      </w:r>
    </w:p>
    <w:p w14:paraId="250EAEBF" w14:textId="77777777" w:rsidR="00EF7665" w:rsidRDefault="00407120">
      <w:pPr>
        <w:spacing w:after="100" w:line="240" w:lineRule="auto"/>
      </w:pPr>
      <w:r>
        <w:t>By signing below, I confirm that the information provided on this form is accurate and agree to follow the rules and guidelines established for the Candle Lake Craft Sale.</w:t>
      </w:r>
    </w:p>
    <w:p w14:paraId="3F52A124" w14:textId="77777777" w:rsidR="00EF7665" w:rsidRDefault="00407120">
      <w:pPr>
        <w:spacing w:after="20" w:line="240" w:lineRule="auto"/>
      </w:pPr>
      <w:r>
        <w:rPr>
          <w:b/>
        </w:rPr>
        <w:t xml:space="preserve">Vendor Signature: </w:t>
      </w:r>
      <w:r>
        <w:t>_________________________________________</w:t>
      </w:r>
      <w:r>
        <w:rPr>
          <w:b/>
        </w:rPr>
        <w:t xml:space="preserve">     Date: </w:t>
      </w:r>
      <w:r>
        <w:t>________________</w:t>
      </w:r>
    </w:p>
    <w:p w14:paraId="5FFCAE0E" w14:textId="77777777" w:rsidR="00EF7665" w:rsidRDefault="00407120">
      <w:pPr>
        <w:pBdr>
          <w:bottom w:val="single" w:sz="8" w:space="4" w:color="E5B1D2"/>
        </w:pBdr>
        <w:spacing w:before="80" w:after="30" w:line="240" w:lineRule="auto"/>
      </w:pPr>
      <w:r>
        <w:rPr>
          <w:b/>
          <w:color w:val="5E3A7D"/>
          <w:sz w:val="20"/>
        </w:rPr>
        <w:t>CONTACT / RETURN REGISTRATION TO</w:t>
      </w:r>
    </w:p>
    <w:p w14:paraId="7BAE2FF7" w14:textId="77777777" w:rsidR="00EF7665" w:rsidRDefault="00407120">
      <w:pPr>
        <w:spacing w:after="30" w:line="240" w:lineRule="auto"/>
      </w:pPr>
      <w:r>
        <w:rPr>
          <w:b/>
        </w:rPr>
        <w:t xml:space="preserve">Name: </w:t>
      </w:r>
      <w:r>
        <w:t>_____________________________________________________________</w:t>
      </w:r>
    </w:p>
    <w:p w14:paraId="6473119C" w14:textId="77777777" w:rsidR="00EF7665" w:rsidRDefault="00407120">
      <w:pPr>
        <w:spacing w:after="30" w:line="240" w:lineRule="auto"/>
      </w:pPr>
      <w:r>
        <w:rPr>
          <w:b/>
        </w:rPr>
        <w:t xml:space="preserve">Phone: </w:t>
      </w:r>
      <w:r>
        <w:t>___________________________________________________________</w:t>
      </w:r>
    </w:p>
    <w:p w14:paraId="2D7789AE" w14:textId="77777777" w:rsidR="00EF7665" w:rsidRDefault="00407120">
      <w:pPr>
        <w:spacing w:after="30" w:line="240" w:lineRule="auto"/>
      </w:pPr>
      <w:r>
        <w:rPr>
          <w:b/>
        </w:rPr>
        <w:t xml:space="preserve">Email: </w:t>
      </w:r>
      <w:r>
        <w:t>___________________________________________________________</w:t>
      </w:r>
    </w:p>
    <w:p w14:paraId="5DE9A34A" w14:textId="77777777" w:rsidR="00EF7665" w:rsidRDefault="00407120">
      <w:pPr>
        <w:spacing w:before="40" w:after="0" w:line="240" w:lineRule="auto"/>
        <w:jc w:val="center"/>
      </w:pPr>
      <w:r>
        <w:rPr>
          <w:b/>
          <w:color w:val="5E3A7D"/>
        </w:rPr>
        <w:t>Thank you for being part of the Candle Lake Craft Sale!</w:t>
      </w:r>
    </w:p>
    <w:sectPr w:rsidR="00EF7665" w:rsidSect="00034616">
      <w:pgSz w:w="12240" w:h="15840"/>
      <w:pgMar w:top="461" w:right="835" w:bottom="461" w:left="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37454761">
    <w:abstractNumId w:val="8"/>
  </w:num>
  <w:num w:numId="2" w16cid:durableId="1681930733">
    <w:abstractNumId w:val="6"/>
  </w:num>
  <w:num w:numId="3" w16cid:durableId="193004717">
    <w:abstractNumId w:val="5"/>
  </w:num>
  <w:num w:numId="4" w16cid:durableId="517820105">
    <w:abstractNumId w:val="4"/>
  </w:num>
  <w:num w:numId="5" w16cid:durableId="1437141508">
    <w:abstractNumId w:val="7"/>
  </w:num>
  <w:num w:numId="6" w16cid:durableId="492569204">
    <w:abstractNumId w:val="3"/>
  </w:num>
  <w:num w:numId="7" w16cid:durableId="668950184">
    <w:abstractNumId w:val="2"/>
  </w:num>
  <w:num w:numId="8" w16cid:durableId="311569006">
    <w:abstractNumId w:val="1"/>
  </w:num>
  <w:num w:numId="9" w16cid:durableId="1310207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538B5"/>
    <w:rsid w:val="00AA054D"/>
    <w:rsid w:val="00AA1D8D"/>
    <w:rsid w:val="00B47730"/>
    <w:rsid w:val="00BA6B05"/>
    <w:rsid w:val="00CB0664"/>
    <w:rsid w:val="00EF766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1C2A9F"/>
  <w14:defaultImageDpi w14:val="300"/>
  <w15:docId w15:val="{698C3DBD-F50E-4A73-A8BA-7055A65E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eastAsia="Aptos" w:hAnsi="Aptos"/>
      <w:sz w:val="19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Candle Lake Parks and Recreation</cp:lastModifiedBy>
  <cp:revision>3</cp:revision>
  <dcterms:created xsi:type="dcterms:W3CDTF">2026-08-18T16:15:00Z</dcterms:created>
  <dcterms:modified xsi:type="dcterms:W3CDTF">2026-08-18T16:17:00Z</dcterms:modified>
  <cp:category/>
</cp:coreProperties>
</file>